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6376E" w14:textId="77777777" w:rsidR="00472FC9" w:rsidRDefault="00000000">
      <w:pPr>
        <w:jc w:val="center"/>
      </w:pPr>
      <w:r>
        <w:rPr>
          <w:rFonts w:ascii="Garamond" w:hAnsi="Garamond"/>
          <w:b/>
          <w:color w:val="8B6B1A"/>
          <w:sz w:val="40"/>
        </w:rPr>
        <w:t>ADVERTORIAL HOOKS</w:t>
      </w:r>
    </w:p>
    <w:p w14:paraId="70C935AC" w14:textId="77777777" w:rsidR="00472FC9" w:rsidRDefault="00000000">
      <w:pPr>
        <w:jc w:val="center"/>
      </w:pPr>
      <w:r>
        <w:rPr>
          <w:rFonts w:ascii="Garamond" w:hAnsi="Garamond"/>
          <w:sz w:val="28"/>
        </w:rPr>
        <w:t>Set 1: Personal Realization &amp; Curiosity</w:t>
      </w:r>
    </w:p>
    <w:p w14:paraId="721D08F5" w14:textId="77777777" w:rsidR="00472FC9" w:rsidRDefault="00000000">
      <w:pPr>
        <w:jc w:val="center"/>
      </w:pPr>
      <w:r>
        <w:rPr>
          <w:rFonts w:ascii="Garamond" w:hAnsi="Garamond"/>
        </w:rPr>
        <w:t>Ayomide Victor Oluwatimilehin</w:t>
      </w:r>
    </w:p>
    <w:p w14:paraId="5EED9A69" w14:textId="77777777" w:rsidR="00472FC9" w:rsidRDefault="00472FC9"/>
    <w:p w14:paraId="5C498E47" w14:textId="77777777" w:rsidR="00472FC9" w:rsidRDefault="00000000">
      <w:r>
        <w:rPr>
          <w:rFonts w:ascii="Garamond" w:hAnsi="Garamond"/>
          <w:i/>
          <w:color w:val="555555"/>
          <w:sz w:val="20"/>
        </w:rPr>
        <w:t>17 compliant opening lines built around personal discovery and unanswered questions, written for supplement/health advertorials.</w:t>
      </w:r>
    </w:p>
    <w:p w14:paraId="0CE4155C" w14:textId="77777777" w:rsidR="00472FC9" w:rsidRDefault="00472FC9"/>
    <w:p w14:paraId="25141C8D" w14:textId="77777777" w:rsidR="00472FC9" w:rsidRDefault="00000000">
      <w:r>
        <w:rPr>
          <w:rFonts w:ascii="Garamond" w:hAnsi="Garamond"/>
          <w:b/>
        </w:rPr>
        <w:t xml:space="preserve">1. </w:t>
      </w:r>
      <w:r>
        <w:rPr>
          <w:rFonts w:ascii="Garamond" w:hAnsi="Garamond"/>
        </w:rPr>
        <w:t>"I wasn't looking for a supplement. I was looking for an explanation."</w:t>
      </w:r>
    </w:p>
    <w:p w14:paraId="0F98148F" w14:textId="77777777" w:rsidR="00472FC9" w:rsidRDefault="00000000">
      <w:r>
        <w:rPr>
          <w:rFonts w:ascii="Garamond" w:hAnsi="Garamond"/>
          <w:b/>
        </w:rPr>
        <w:t xml:space="preserve">2. </w:t>
      </w:r>
      <w:r>
        <w:rPr>
          <w:rFonts w:ascii="Garamond" w:hAnsi="Garamond"/>
        </w:rPr>
        <w:t>"Three years of feeling like my own energy had quietly left the building."</w:t>
      </w:r>
    </w:p>
    <w:p w14:paraId="5859626D" w14:textId="77777777" w:rsidR="00472FC9" w:rsidRDefault="00000000">
      <w:r>
        <w:rPr>
          <w:rFonts w:ascii="Garamond" w:hAnsi="Garamond"/>
          <w:b/>
        </w:rPr>
        <w:t xml:space="preserve">3. </w:t>
      </w:r>
      <w:r>
        <w:rPr>
          <w:rFonts w:ascii="Garamond" w:hAnsi="Garamond"/>
        </w:rPr>
        <w:t>"Every doctor's answer was some version of "your labs look normal." Normal wasn't the problem."</w:t>
      </w:r>
    </w:p>
    <w:p w14:paraId="7821DD70" w14:textId="77777777" w:rsidR="00472FC9" w:rsidRDefault="00000000">
      <w:r>
        <w:rPr>
          <w:rFonts w:ascii="Garamond" w:hAnsi="Garamond"/>
          <w:b/>
        </w:rPr>
        <w:t xml:space="preserve">4. </w:t>
      </w:r>
      <w:r>
        <w:rPr>
          <w:rFonts w:ascii="Garamond" w:hAnsi="Garamond"/>
        </w:rPr>
        <w:t>"I didn't tell my husband I'd started taking this. He noticed anyway."</w:t>
      </w:r>
    </w:p>
    <w:p w14:paraId="46391CD4" w14:textId="77777777" w:rsidR="00472FC9" w:rsidRDefault="00000000">
      <w:r>
        <w:rPr>
          <w:rFonts w:ascii="Garamond" w:hAnsi="Garamond"/>
          <w:b/>
        </w:rPr>
        <w:t xml:space="preserve">5. </w:t>
      </w:r>
      <w:r>
        <w:rPr>
          <w:rFonts w:ascii="Garamond" w:hAnsi="Garamond"/>
        </w:rPr>
        <w:t>"The question wasn't whether I was tired. It was why nobody could tell me why."</w:t>
      </w:r>
    </w:p>
    <w:p w14:paraId="1813D6B2" w14:textId="77777777" w:rsidR="00472FC9" w:rsidRDefault="00000000">
      <w:r>
        <w:rPr>
          <w:rFonts w:ascii="Garamond" w:hAnsi="Garamond"/>
          <w:b/>
        </w:rPr>
        <w:t xml:space="preserve">6. </w:t>
      </w:r>
      <w:r>
        <w:rPr>
          <w:rFonts w:ascii="Garamond" w:hAnsi="Garamond"/>
        </w:rPr>
        <w:t>"I almost didn't open the package. I'm glad curiosity won that day."</w:t>
      </w:r>
    </w:p>
    <w:p w14:paraId="4C2030CC" w14:textId="77777777" w:rsidR="00472FC9" w:rsidRDefault="00000000">
      <w:r>
        <w:rPr>
          <w:rFonts w:ascii="Garamond" w:hAnsi="Garamond"/>
          <w:b/>
        </w:rPr>
        <w:t xml:space="preserve">7. </w:t>
      </w:r>
      <w:r>
        <w:rPr>
          <w:rFonts w:ascii="Garamond" w:hAnsi="Garamond"/>
        </w:rPr>
        <w:t>"Nobody warns you how much of "just getting older" is actually just missing something specific."</w:t>
      </w:r>
    </w:p>
    <w:p w14:paraId="09FCDC8D" w14:textId="77777777" w:rsidR="00472FC9" w:rsidRDefault="00000000">
      <w:r>
        <w:rPr>
          <w:rFonts w:ascii="Garamond" w:hAnsi="Garamond"/>
          <w:b/>
        </w:rPr>
        <w:t xml:space="preserve">8. </w:t>
      </w:r>
      <w:r>
        <w:rPr>
          <w:rFonts w:ascii="Garamond" w:hAnsi="Garamond"/>
        </w:rPr>
        <w:t>"I stopped Googling my symptoms the week I started this instead."</w:t>
      </w:r>
    </w:p>
    <w:p w14:paraId="44A5C9EA" w14:textId="77777777" w:rsidR="00472FC9" w:rsidRDefault="00000000">
      <w:r>
        <w:rPr>
          <w:rFonts w:ascii="Garamond" w:hAnsi="Garamond"/>
          <w:b/>
        </w:rPr>
        <w:t xml:space="preserve">9. </w:t>
      </w:r>
      <w:r>
        <w:rPr>
          <w:rFonts w:ascii="Garamond" w:hAnsi="Garamond"/>
        </w:rPr>
        <w:t>"My sister sent me the research first. I read it twice before I believed it."</w:t>
      </w:r>
    </w:p>
    <w:p w14:paraId="273FF4CB" w14:textId="77777777" w:rsidR="00472FC9" w:rsidRDefault="00000000">
      <w:r>
        <w:rPr>
          <w:rFonts w:ascii="Garamond" w:hAnsi="Garamond"/>
          <w:b/>
        </w:rPr>
        <w:t xml:space="preserve">10. </w:t>
      </w:r>
      <w:r>
        <w:rPr>
          <w:rFonts w:ascii="Garamond" w:hAnsi="Garamond"/>
        </w:rPr>
        <w:t>"I wasn't chasing a transformation. I was chasing one normal afternoon."</w:t>
      </w:r>
    </w:p>
    <w:p w14:paraId="5B9EE0F8" w14:textId="77777777" w:rsidR="00472FC9" w:rsidRDefault="00000000">
      <w:r>
        <w:rPr>
          <w:rFonts w:ascii="Garamond" w:hAnsi="Garamond"/>
          <w:b/>
        </w:rPr>
        <w:t xml:space="preserve">11. </w:t>
      </w:r>
      <w:r>
        <w:rPr>
          <w:rFonts w:ascii="Garamond" w:hAnsi="Garamond"/>
        </w:rPr>
        <w:t>"The label made more sense to me than my last three doctor visits combined."</w:t>
      </w:r>
    </w:p>
    <w:p w14:paraId="79296009" w14:textId="77777777" w:rsidR="00472FC9" w:rsidRDefault="00000000">
      <w:r>
        <w:rPr>
          <w:rFonts w:ascii="Garamond" w:hAnsi="Garamond"/>
          <w:b/>
        </w:rPr>
        <w:t xml:space="preserve">12. </w:t>
      </w:r>
      <w:r>
        <w:rPr>
          <w:rFonts w:ascii="Garamond" w:hAnsi="Garamond"/>
        </w:rPr>
        <w:t>"I used to think feeling foggy by 2pm was just my personality."</w:t>
      </w:r>
    </w:p>
    <w:p w14:paraId="43562039" w14:textId="77777777" w:rsidR="00472FC9" w:rsidRDefault="00000000">
      <w:r>
        <w:rPr>
          <w:rFonts w:ascii="Garamond" w:hAnsi="Garamond"/>
          <w:b/>
        </w:rPr>
        <w:t xml:space="preserve">13. </w:t>
      </w:r>
      <w:r>
        <w:rPr>
          <w:rFonts w:ascii="Garamond" w:hAnsi="Garamond"/>
        </w:rPr>
        <w:t>"This wasn't on my radar until a coworker mentioned it in passing, twice."</w:t>
      </w:r>
    </w:p>
    <w:p w14:paraId="5A1EF45C" w14:textId="77777777" w:rsidR="00472FC9" w:rsidRDefault="00000000">
      <w:r>
        <w:rPr>
          <w:rFonts w:ascii="Garamond" w:hAnsi="Garamond"/>
          <w:b/>
        </w:rPr>
        <w:t xml:space="preserve">14. </w:t>
      </w:r>
      <w:r>
        <w:rPr>
          <w:rFonts w:ascii="Garamond" w:hAnsi="Garamond"/>
        </w:rPr>
        <w:t>"I read the ingredient sourcing page before I read the reviews. That order matters to me now."</w:t>
      </w:r>
    </w:p>
    <w:p w14:paraId="70915C77" w14:textId="77777777" w:rsidR="00472FC9" w:rsidRDefault="00000000">
      <w:r>
        <w:rPr>
          <w:rFonts w:ascii="Garamond" w:hAnsi="Garamond"/>
          <w:b/>
        </w:rPr>
        <w:t xml:space="preserve">15. </w:t>
      </w:r>
      <w:r>
        <w:rPr>
          <w:rFonts w:ascii="Garamond" w:hAnsi="Garamond"/>
        </w:rPr>
        <w:t>"There's a version of tired that sleep doesn't fix. I didn't know that until recently."</w:t>
      </w:r>
    </w:p>
    <w:p w14:paraId="1395226A" w14:textId="77777777" w:rsidR="00472FC9" w:rsidRDefault="00000000">
      <w:r>
        <w:rPr>
          <w:rFonts w:ascii="Garamond" w:hAnsi="Garamond"/>
          <w:b/>
        </w:rPr>
        <w:t xml:space="preserve">16. </w:t>
      </w:r>
      <w:r>
        <w:rPr>
          <w:rFonts w:ascii="Garamond" w:hAnsi="Garamond"/>
        </w:rPr>
        <w:t>"I wasn't skeptical of the product. I was skeptical of myself for hoping again."</w:t>
      </w:r>
    </w:p>
    <w:p w14:paraId="5B56069C" w14:textId="77777777" w:rsidR="00472FC9" w:rsidRDefault="00000000">
      <w:r>
        <w:rPr>
          <w:rFonts w:ascii="Garamond" w:hAnsi="Garamond"/>
          <w:b/>
        </w:rPr>
        <w:t xml:space="preserve">17. </w:t>
      </w:r>
      <w:r>
        <w:rPr>
          <w:rFonts w:ascii="Garamond" w:hAnsi="Garamond"/>
        </w:rPr>
        <w:t>"The thing that convinced me wasn't the marketing. It was the mechanism."</w:t>
      </w:r>
    </w:p>
    <w:p w14:paraId="0E48812A" w14:textId="77777777" w:rsidR="00472FC9" w:rsidRDefault="00472FC9"/>
    <w:p w14:paraId="431268C2" w14:textId="77777777" w:rsidR="00472FC9" w:rsidRDefault="00000000">
      <w:r>
        <w:rPr>
          <w:rFonts w:ascii="Garamond" w:hAnsi="Garamond"/>
          <w:i/>
          <w:color w:val="555555"/>
          <w:sz w:val="18"/>
        </w:rPr>
        <w:t>All openings in this document are original work by Ayomide Victor Oluwatimilehin, written as fictional advertorial hooks. Written to stay within common ad-platform compliance norms: no disease claims, no before-and-after promises, no guaranteed results.</w:t>
      </w:r>
    </w:p>
    <w:sectPr w:rsidR="00472F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3649643">
    <w:abstractNumId w:val="8"/>
  </w:num>
  <w:num w:numId="2" w16cid:durableId="1881547563">
    <w:abstractNumId w:val="6"/>
  </w:num>
  <w:num w:numId="3" w16cid:durableId="2013877769">
    <w:abstractNumId w:val="5"/>
  </w:num>
  <w:num w:numId="4" w16cid:durableId="1512331154">
    <w:abstractNumId w:val="4"/>
  </w:num>
  <w:num w:numId="5" w16cid:durableId="818307457">
    <w:abstractNumId w:val="7"/>
  </w:num>
  <w:num w:numId="6" w16cid:durableId="924529926">
    <w:abstractNumId w:val="3"/>
  </w:num>
  <w:num w:numId="7" w16cid:durableId="687873105">
    <w:abstractNumId w:val="2"/>
  </w:num>
  <w:num w:numId="8" w16cid:durableId="586158977">
    <w:abstractNumId w:val="1"/>
  </w:num>
  <w:num w:numId="9" w16cid:durableId="1199397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7239"/>
    <w:rsid w:val="00472FC9"/>
    <w:rsid w:val="00A35572"/>
    <w:rsid w:val="00AA1D8D"/>
    <w:rsid w:val="00B47730"/>
    <w:rsid w:val="00CB0664"/>
    <w:rsid w:val="00E02B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899FDB"/>
  <w14:defaultImageDpi w14:val="300"/>
  <w15:docId w15:val="{A9997218-58EA-47C5-BB16-A5AF1F02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ayomide oluwatimilehin</cp:lastModifiedBy>
  <cp:revision>2</cp:revision>
  <cp:lastPrinted>2026-08-08T14:58:00Z</cp:lastPrinted>
  <dcterms:created xsi:type="dcterms:W3CDTF">2013-12-23T23:15:00Z</dcterms:created>
  <dcterms:modified xsi:type="dcterms:W3CDTF">2026-08-08T20:58:00Z</dcterms:modified>
  <cp:category/>
</cp:coreProperties>
</file>