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D6BA" w14:textId="77777777" w:rsidR="007A4BE1" w:rsidRDefault="00000000">
      <w:pPr>
        <w:jc w:val="center"/>
      </w:pPr>
      <w:r>
        <w:rPr>
          <w:rFonts w:ascii="Garamond" w:hAnsi="Garamond"/>
          <w:b/>
          <w:color w:val="8B6B1A"/>
          <w:sz w:val="40"/>
        </w:rPr>
        <w:t>WRITING SAMPLES</w:t>
      </w:r>
    </w:p>
    <w:p w14:paraId="395E82F3" w14:textId="77777777" w:rsidR="007A4BE1" w:rsidRDefault="00000000">
      <w:pPr>
        <w:jc w:val="center"/>
      </w:pPr>
      <w:r>
        <w:rPr>
          <w:rFonts w:ascii="Garamond" w:hAnsi="Garamond"/>
          <w:sz w:val="28"/>
        </w:rPr>
        <w:t>Newsletter Issues Across Niches</w:t>
      </w:r>
    </w:p>
    <w:p w14:paraId="79D274E6" w14:textId="77777777" w:rsidR="007A4BE1" w:rsidRDefault="00000000">
      <w:pPr>
        <w:jc w:val="center"/>
      </w:pPr>
      <w:r>
        <w:rPr>
          <w:rFonts w:ascii="Garamond" w:hAnsi="Garamond"/>
        </w:rPr>
        <w:t>Ayomide Victor Oluwatimilehin</w:t>
      </w:r>
    </w:p>
    <w:p w14:paraId="19DB867B" w14:textId="77777777" w:rsidR="007A4BE1" w:rsidRDefault="007A4BE1"/>
    <w:p w14:paraId="15C2D7F4" w14:textId="77777777" w:rsidR="007A4BE1" w:rsidRDefault="00000000">
      <w:r>
        <w:rPr>
          <w:rFonts w:ascii="Garamond" w:hAnsi="Garamond"/>
          <w:i/>
          <w:color w:val="555555"/>
          <w:sz w:val="20"/>
        </w:rPr>
        <w:t>Three original newsletter samples across different niches (startup/founder, personal finance, freelance business), written to demonstrate range and voice for recurring newsletter writing.</w:t>
      </w:r>
    </w:p>
    <w:p w14:paraId="6EE3791D" w14:textId="77777777" w:rsidR="007A4BE1" w:rsidRDefault="007A4BE1"/>
    <w:p w14:paraId="27AA46B2" w14:textId="4212A99F" w:rsidR="007A4BE1" w:rsidRDefault="00000000">
      <w:r>
        <w:rPr>
          <w:rFonts w:ascii="Garamond" w:hAnsi="Garamond"/>
          <w:b/>
          <w:color w:val="8B6B1A"/>
          <w:sz w:val="26"/>
        </w:rPr>
        <w:t xml:space="preserve">SAMPLE 1: STARTUP FOUNDER NEWSLETTER </w:t>
      </w:r>
      <w:r w:rsidR="00344D67">
        <w:rPr>
          <w:rFonts w:ascii="Garamond" w:hAnsi="Garamond"/>
          <w:b/>
          <w:color w:val="8B6B1A"/>
          <w:sz w:val="26"/>
        </w:rPr>
        <w:t>-</w:t>
      </w:r>
      <w:r>
        <w:rPr>
          <w:rFonts w:ascii="Garamond" w:hAnsi="Garamond"/>
          <w:b/>
          <w:color w:val="8B6B1A"/>
          <w:sz w:val="26"/>
        </w:rPr>
        <w:t xml:space="preserve"> THE SLIDE I DELETED BEFORE EVERY INVESTOR CALL</w:t>
      </w:r>
    </w:p>
    <w:p w14:paraId="4A66E990" w14:textId="77777777" w:rsidR="007A4BE1" w:rsidRDefault="00000000">
      <w:r>
        <w:rPr>
          <w:rFonts w:ascii="Garamond" w:hAnsi="Garamond"/>
        </w:rPr>
        <w:t>I used to open every pitch deck with a market size slide. Big number, arrow going up, the kind of thing that's supposed to make an investor lean forward.</w:t>
      </w:r>
    </w:p>
    <w:p w14:paraId="691B1D6A" w14:textId="77777777" w:rsidR="007A4BE1" w:rsidRDefault="007A4BE1"/>
    <w:p w14:paraId="50445F1F" w14:textId="77777777" w:rsidR="007A4BE1" w:rsidRDefault="00000000">
      <w:r>
        <w:rPr>
          <w:rFonts w:ascii="Garamond" w:hAnsi="Garamond"/>
        </w:rPr>
        <w:t>I stopped including it after an investor stopped me mid-sentence and said, "I don't care how big the market is. I care if you can get the first thousand customers to actually care." He was right, and it took me embarrassingly long to admit it.</w:t>
      </w:r>
    </w:p>
    <w:p w14:paraId="6A020C83" w14:textId="77777777" w:rsidR="007A4BE1" w:rsidRDefault="007A4BE1"/>
    <w:p w14:paraId="6BA6FF23" w14:textId="77777777" w:rsidR="007A4BE1" w:rsidRDefault="00000000">
      <w:r>
        <w:rPr>
          <w:rFonts w:ascii="Garamond" w:hAnsi="Garamond"/>
        </w:rPr>
        <w:t>Big market size doesn't derisk a startup. It just describes the room you're hoping to eventually stand in. What actually derisks a startup is proof that a small number of real people already can't live without what you built.</w:t>
      </w:r>
    </w:p>
    <w:p w14:paraId="0096E418" w14:textId="77777777" w:rsidR="007A4BE1" w:rsidRDefault="007A4BE1"/>
    <w:p w14:paraId="37B9224B" w14:textId="77777777" w:rsidR="007A4BE1" w:rsidRDefault="00000000">
      <w:r>
        <w:rPr>
          <w:rFonts w:ascii="Garamond" w:hAnsi="Garamond"/>
        </w:rPr>
        <w:t>Now my decks open with a screenshot instead, an actual customer message, unedited, the kind that's a little messy and a lot more convincing than any TAM slide could be.</w:t>
      </w:r>
    </w:p>
    <w:p w14:paraId="54656C37" w14:textId="77777777" w:rsidR="007A4BE1" w:rsidRDefault="007A4BE1"/>
    <w:p w14:paraId="51F55E89" w14:textId="77777777" w:rsidR="007A4BE1" w:rsidRDefault="00000000">
      <w:r>
        <w:rPr>
          <w:rFonts w:ascii="Garamond" w:hAnsi="Garamond"/>
        </w:rPr>
        <w:t>If your deck still opens with market size, ask yourself who that slide is actually for. Usually, it's for you, not them.</w:t>
      </w:r>
    </w:p>
    <w:p w14:paraId="4D387E78" w14:textId="77777777" w:rsidR="007A4BE1" w:rsidRDefault="007A4BE1"/>
    <w:p w14:paraId="0B588D20" w14:textId="104D8B6E" w:rsidR="007A4BE1" w:rsidRDefault="00000000">
      <w:r>
        <w:rPr>
          <w:rFonts w:ascii="Garamond" w:hAnsi="Garamond"/>
          <w:b/>
          <w:color w:val="8B6B1A"/>
          <w:sz w:val="26"/>
        </w:rPr>
        <w:t xml:space="preserve">SAMPLE 2: PERSONAL FINANCE NEWSLETTER </w:t>
      </w:r>
      <w:r w:rsidR="00344D67">
        <w:rPr>
          <w:rFonts w:ascii="Garamond" w:hAnsi="Garamond"/>
          <w:b/>
          <w:color w:val="8B6B1A"/>
          <w:sz w:val="26"/>
        </w:rPr>
        <w:t xml:space="preserve">- </w:t>
      </w:r>
      <w:r>
        <w:rPr>
          <w:rFonts w:ascii="Garamond" w:hAnsi="Garamond"/>
          <w:b/>
          <w:color w:val="8B6B1A"/>
          <w:sz w:val="26"/>
        </w:rPr>
        <w:t>THE BUDGET THAT FINALLY WORKED WASN'T A BUDGET</w:t>
      </w:r>
    </w:p>
    <w:p w14:paraId="5F2ABBB2" w14:textId="77777777" w:rsidR="007A4BE1" w:rsidRDefault="00000000">
      <w:r>
        <w:rPr>
          <w:rFonts w:ascii="Garamond" w:hAnsi="Garamond"/>
        </w:rPr>
        <w:t>For years, my budgets failed within three weeks. Not because the spreadsheet was bad. Because I built them the way I thought a responsible adult should, restrictive, guilt-based, designed around who I wished I was instead of who I actually am.</w:t>
      </w:r>
    </w:p>
    <w:p w14:paraId="056F88EA" w14:textId="77777777" w:rsidR="007A4BE1" w:rsidRDefault="007A4BE1"/>
    <w:p w14:paraId="22E4260B" w14:textId="77777777" w:rsidR="007A4BE1" w:rsidRDefault="00000000">
      <w:r>
        <w:rPr>
          <w:rFonts w:ascii="Garamond" w:hAnsi="Garamond"/>
        </w:rPr>
        <w:t>What finally worked was smaller and less impressive: I stopped tracking every purchase and started automating the one thing that mattered, moving money to savings the same day it landed, before I could see it as spendable.</w:t>
      </w:r>
    </w:p>
    <w:p w14:paraId="25942DD8" w14:textId="77777777" w:rsidR="007A4BE1" w:rsidRDefault="007A4BE1"/>
    <w:p w14:paraId="40AF73A3" w14:textId="77777777" w:rsidR="007A4BE1" w:rsidRDefault="00000000">
      <w:r>
        <w:rPr>
          <w:rFonts w:ascii="Garamond" w:hAnsi="Garamond"/>
        </w:rPr>
        <w:t>Willpower is a bad long-term financial strategy. It runs out by Thursday. Systems don't get tired.</w:t>
      </w:r>
    </w:p>
    <w:p w14:paraId="25F40896" w14:textId="77777777" w:rsidR="007A4BE1" w:rsidRDefault="007A4BE1"/>
    <w:p w14:paraId="1DFA2A33" w14:textId="77777777" w:rsidR="007A4BE1" w:rsidRDefault="00000000">
      <w:r>
        <w:rPr>
          <w:rFonts w:ascii="Garamond" w:hAnsi="Garamond"/>
        </w:rPr>
        <w:t>If your budget keeps failing, the problem probably isn't discipline. It's that you built a plan for the version of you that doesn't get tired, distracted, or human. Build one for the version that does.</w:t>
      </w:r>
    </w:p>
    <w:p w14:paraId="2131B9DA" w14:textId="77777777" w:rsidR="007A4BE1" w:rsidRDefault="007A4BE1"/>
    <w:p w14:paraId="0BB39313" w14:textId="0EA82888" w:rsidR="007A4BE1" w:rsidRDefault="00000000">
      <w:r>
        <w:rPr>
          <w:rFonts w:ascii="Garamond" w:hAnsi="Garamond"/>
          <w:b/>
          <w:color w:val="8B6B1A"/>
          <w:sz w:val="26"/>
        </w:rPr>
        <w:t xml:space="preserve">SAMPLE 3: FREELANCE BUSINESS NEWSLETTER </w:t>
      </w:r>
      <w:r w:rsidR="00344D67">
        <w:rPr>
          <w:rFonts w:ascii="Garamond" w:hAnsi="Garamond"/>
          <w:b/>
          <w:color w:val="8B6B1A"/>
          <w:sz w:val="26"/>
        </w:rPr>
        <w:t>-</w:t>
      </w:r>
      <w:r>
        <w:rPr>
          <w:rFonts w:ascii="Garamond" w:hAnsi="Garamond"/>
          <w:b/>
          <w:color w:val="8B6B1A"/>
          <w:sz w:val="26"/>
        </w:rPr>
        <w:t xml:space="preserve"> I RAISED MY RATES BY SAYING LESS, NOT MORE</w:t>
      </w:r>
    </w:p>
    <w:p w14:paraId="031E0032" w14:textId="77777777" w:rsidR="007A4BE1" w:rsidRDefault="00000000">
      <w:r>
        <w:rPr>
          <w:rFonts w:ascii="Garamond" w:hAnsi="Garamond"/>
        </w:rPr>
        <w:t>My old pitch explained everything. Every skill, every tool, every reason I was qualified. It read like a resume wearing a friendly voice.</w:t>
      </w:r>
    </w:p>
    <w:p w14:paraId="30FA2BCC" w14:textId="77777777" w:rsidR="007A4BE1" w:rsidRDefault="007A4BE1"/>
    <w:p w14:paraId="086EFC58" w14:textId="77777777" w:rsidR="007A4BE1" w:rsidRDefault="00000000">
      <w:r>
        <w:rPr>
          <w:rFonts w:ascii="Garamond" w:hAnsi="Garamond"/>
        </w:rPr>
        <w:t>I raised my rates the month I cut it down to one sentence: what result the client would get, and by when. Nothing else. No skill list. No backstory.</w:t>
      </w:r>
    </w:p>
    <w:p w14:paraId="24D36E2C" w14:textId="77777777" w:rsidR="007A4BE1" w:rsidRDefault="007A4BE1"/>
    <w:p w14:paraId="5E365C48" w14:textId="77777777" w:rsidR="007A4BE1" w:rsidRDefault="00000000">
      <w:r>
        <w:rPr>
          <w:rFonts w:ascii="Garamond" w:hAnsi="Garamond"/>
        </w:rPr>
        <w:t>Clients don't hire the freelancer with the most impressive paragraph. They hire the one who sounds like they already know exactly what the job requires, and says so in as few words as it takes.</w:t>
      </w:r>
    </w:p>
    <w:p w14:paraId="667F2F3D" w14:textId="77777777" w:rsidR="007A4BE1" w:rsidRDefault="007A4BE1"/>
    <w:p w14:paraId="38442561" w14:textId="77777777" w:rsidR="007A4BE1" w:rsidRDefault="00000000">
      <w:r>
        <w:rPr>
          <w:rFonts w:ascii="Garamond" w:hAnsi="Garamond"/>
        </w:rPr>
        <w:t>If your pitches keep getting ignored, try deleting half of it before you send it. The confidence is in what you leave out.</w:t>
      </w:r>
    </w:p>
    <w:p w14:paraId="295ADB7F" w14:textId="77777777" w:rsidR="007A4BE1" w:rsidRDefault="007A4BE1"/>
    <w:p w14:paraId="1DA36823" w14:textId="77777777" w:rsidR="007A4BE1" w:rsidRDefault="00000000">
      <w:r>
        <w:t>________________________________________</w:t>
      </w:r>
    </w:p>
    <w:p w14:paraId="20DEC7C1" w14:textId="77777777" w:rsidR="007A4BE1" w:rsidRDefault="00000000">
      <w:r>
        <w:rPr>
          <w:rFonts w:ascii="Garamond" w:hAnsi="Garamond"/>
          <w:i/>
          <w:color w:val="555555"/>
          <w:sz w:val="18"/>
        </w:rPr>
        <w:t>All copy in this document is original work by Ayomide Victor Oluwatimilehin, written as fictional samples to demonstrate voice and range across newsletter niches. None has been published or used elsewhere.</w:t>
      </w:r>
    </w:p>
    <w:sectPr w:rsidR="007A4BE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1078702">
    <w:abstractNumId w:val="8"/>
  </w:num>
  <w:num w:numId="2" w16cid:durableId="537547989">
    <w:abstractNumId w:val="6"/>
  </w:num>
  <w:num w:numId="3" w16cid:durableId="200939657">
    <w:abstractNumId w:val="5"/>
  </w:num>
  <w:num w:numId="4" w16cid:durableId="873885783">
    <w:abstractNumId w:val="4"/>
  </w:num>
  <w:num w:numId="5" w16cid:durableId="621690979">
    <w:abstractNumId w:val="7"/>
  </w:num>
  <w:num w:numId="6" w16cid:durableId="1307010976">
    <w:abstractNumId w:val="3"/>
  </w:num>
  <w:num w:numId="7" w16cid:durableId="1629702220">
    <w:abstractNumId w:val="2"/>
  </w:num>
  <w:num w:numId="8" w16cid:durableId="913590803">
    <w:abstractNumId w:val="1"/>
  </w:num>
  <w:num w:numId="9" w16cid:durableId="38013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7EF"/>
    <w:rsid w:val="0029639D"/>
    <w:rsid w:val="00326F90"/>
    <w:rsid w:val="00344D67"/>
    <w:rsid w:val="007A4BE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C4D91"/>
  <w14:defaultImageDpi w14:val="300"/>
  <w15:docId w15:val="{A07742AC-9341-489E-ADBA-A55F8D90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ayomide oluwatimilehin</cp:lastModifiedBy>
  <cp:revision>2</cp:revision>
  <cp:lastPrinted>2026-08-04T19:40:00Z</cp:lastPrinted>
  <dcterms:created xsi:type="dcterms:W3CDTF">2013-12-23T23:15:00Z</dcterms:created>
  <dcterms:modified xsi:type="dcterms:W3CDTF">2026-08-04T19:40:00Z</dcterms:modified>
  <cp:category/>
</cp:coreProperties>
</file>